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FAB133" w14:textId="52D469E6" w:rsidR="004D1E2A" w:rsidRPr="00204446" w:rsidRDefault="00FD7C73">
      <w:pPr>
        <w:pStyle w:val="a8"/>
        <w:rPr>
          <w:lang w:val="el-GR"/>
        </w:rPr>
      </w:pPr>
      <w:r w:rsidRPr="00204446">
        <w:rPr>
          <w:lang w:val="el-GR"/>
        </w:rPr>
        <w:t>ΑΙΤΗΣΗ ΣΥΜΜΕΤΟΧΗΣ</w:t>
      </w:r>
      <w:r w:rsidR="00204446" w:rsidRPr="00204446">
        <w:rPr>
          <w:lang w:val="el-GR"/>
        </w:rPr>
        <w:t xml:space="preserve"> (</w:t>
      </w:r>
      <w:r w:rsidR="00204446">
        <w:rPr>
          <w:lang w:val="el-GR"/>
        </w:rPr>
        <w:t>ΝΕΟΙ ΚΡΙΤΕΣ)</w:t>
      </w:r>
    </w:p>
    <w:p w14:paraId="086CBBB6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στη Σχολή Κριτών Τοξοβολίας – Ιούνιος 2025</w:t>
      </w:r>
    </w:p>
    <w:p w14:paraId="4E69E1D9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ΠΡΟΣ:</w:t>
      </w:r>
      <w:r w:rsidRPr="00204446">
        <w:rPr>
          <w:lang w:val="el-GR"/>
        </w:rPr>
        <w:br/>
        <w:t>Ελληνική Ομοσπονδία Τοξοβολίας</w:t>
      </w:r>
      <w:r w:rsidRPr="00204446">
        <w:rPr>
          <w:lang w:val="el-GR"/>
        </w:rPr>
        <w:br/>
      </w:r>
      <w:r>
        <w:t>Email</w:t>
      </w:r>
      <w:r w:rsidRPr="00204446">
        <w:rPr>
          <w:lang w:val="el-GR"/>
        </w:rPr>
        <w:t xml:space="preserve">: </w:t>
      </w:r>
      <w:r>
        <w:t>info</w:t>
      </w:r>
      <w:r w:rsidRPr="00204446">
        <w:rPr>
          <w:lang w:val="el-GR"/>
        </w:rPr>
        <w:t>@</w:t>
      </w:r>
      <w:r>
        <w:t>archery</w:t>
      </w:r>
      <w:r w:rsidRPr="00204446">
        <w:rPr>
          <w:lang w:val="el-GR"/>
        </w:rPr>
        <w:t>.</w:t>
      </w:r>
      <w:r>
        <w:t>org</w:t>
      </w:r>
      <w:r w:rsidRPr="00204446">
        <w:rPr>
          <w:lang w:val="el-GR"/>
        </w:rPr>
        <w:t>.</w:t>
      </w:r>
      <w:r>
        <w:t>gr</w:t>
      </w:r>
    </w:p>
    <w:p w14:paraId="4F0A2C88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br/>
        <w:t>Ο/Η υπογεγραμμένος/η:</w:t>
      </w:r>
    </w:p>
    <w:p w14:paraId="545B2A0F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Ονοματεπώνυμο: ……………………………………………………………</w:t>
      </w:r>
    </w:p>
    <w:p w14:paraId="48695452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Όνομα Πατέρα: ……………………………………………………………</w:t>
      </w:r>
    </w:p>
    <w:p w14:paraId="0BD4A396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Ημερομηνία Γέννησης: ……………………………………………………………</w:t>
      </w:r>
    </w:p>
    <w:p w14:paraId="77946424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Τόπος Γέννησης: ……………………………………………………………</w:t>
      </w:r>
    </w:p>
    <w:p w14:paraId="12D2B131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Υπηκοότητα: ……………………………………………………………</w:t>
      </w:r>
    </w:p>
    <w:p w14:paraId="37E45EDF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Αριθμός Δελτίου Ταυτότητας: ……………………………………………………………</w:t>
      </w:r>
    </w:p>
    <w:p w14:paraId="4F186215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Διεύθυνση Κατοικίας: ……………………………………………………………</w:t>
      </w:r>
    </w:p>
    <w:p w14:paraId="7577ADFF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Τ.Κ. / Πόλη: ……………………………………………………………</w:t>
      </w:r>
    </w:p>
    <w:p w14:paraId="0B5AFED5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Τηλέφωνο Επικοινωνίας: ……………………………………………………………</w:t>
      </w:r>
    </w:p>
    <w:p w14:paraId="3CEEFA23" w14:textId="77777777" w:rsidR="004D1E2A" w:rsidRPr="00204446" w:rsidRDefault="00FD7C73">
      <w:pPr>
        <w:rPr>
          <w:lang w:val="el-GR"/>
        </w:rPr>
      </w:pPr>
      <w:r>
        <w:t>Email</w:t>
      </w:r>
      <w:r w:rsidRPr="00204446">
        <w:rPr>
          <w:lang w:val="el-GR"/>
        </w:rPr>
        <w:t>: ……………………………………………………………</w:t>
      </w:r>
    </w:p>
    <w:p w14:paraId="36FED281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Σωματείο (αν υπάρχει): ……………………………………………………………</w:t>
      </w:r>
    </w:p>
    <w:p w14:paraId="68DE64C5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br/>
        <w:t>Δηλώνω υπεύθυνα ότι επιθυμώ να συμμετάσχω στη Σχολή Κριτών Τοξοβολίας που θα διεξαχθεί από 6 έως 8 Ιουνίου 2025 στον Δήμο Γαλατσίου και ότι πληρώ όλες τις προβλεπόμενες προϋποθέσεις συμμετοχής, προσκομίζοντας τα απαιτούμενα δικαιολογητικά.</w:t>
      </w:r>
    </w:p>
    <w:p w14:paraId="36CCC577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br/>
        <w:t>Επισυνάπτω τα εξής δικαιολογητικά:</w:t>
      </w:r>
    </w:p>
    <w:p w14:paraId="68C02F49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1. Φωτοτυπία ταυτότητας (δύο όψεις)</w:t>
      </w:r>
    </w:p>
    <w:p w14:paraId="2FE2E12E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2. Αντίγραφο ποινικού μητρώου</w:t>
      </w:r>
    </w:p>
    <w:p w14:paraId="2DE57D80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3. Υπεύθυνη δήλωση Ν. 1599/1986</w:t>
      </w:r>
    </w:p>
    <w:p w14:paraId="580C5E88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lastRenderedPageBreak/>
        <w:t>4. Αντίγραφο ή βεβαίωση σπουδών</w:t>
      </w:r>
    </w:p>
    <w:p w14:paraId="6D9368BC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5. Απόδειξη κατάθεσης παραβόλου 50,00 € (εάν απαιτείται)</w:t>
      </w:r>
    </w:p>
    <w:p w14:paraId="4B25F2A0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6. Έντυπο συναίνεσης για επεξεργασία προσωπικών δεδομένων</w:t>
      </w:r>
    </w:p>
    <w:p w14:paraId="09D9C78F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br/>
        <w:t>Ημερομηνία: …………………</w:t>
      </w:r>
    </w:p>
    <w:p w14:paraId="02C96DDA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Ο/Η Αιτών/ούσα</w:t>
      </w:r>
      <w:r w:rsidRPr="00204446">
        <w:rPr>
          <w:lang w:val="el-GR"/>
        </w:rPr>
        <w:br/>
        <w:t>(Υπογραφή)</w:t>
      </w:r>
    </w:p>
    <w:p w14:paraId="048800D1" w14:textId="77777777" w:rsidR="004D1E2A" w:rsidRPr="00204446" w:rsidRDefault="00FD7C73">
      <w:pPr>
        <w:rPr>
          <w:lang w:val="el-GR"/>
        </w:rPr>
      </w:pPr>
      <w:r w:rsidRPr="00204446">
        <w:rPr>
          <w:lang w:val="el-GR"/>
        </w:rPr>
        <w:t>__________________________</w:t>
      </w:r>
      <w:r w:rsidRPr="00204446">
        <w:rPr>
          <w:lang w:val="el-GR"/>
        </w:rPr>
        <w:br/>
        <w:t xml:space="preserve">(σε περίπτωση αποστολής μέσω </w:t>
      </w:r>
      <w:r>
        <w:t>gov</w:t>
      </w:r>
      <w:r w:rsidRPr="00204446">
        <w:rPr>
          <w:lang w:val="el-GR"/>
        </w:rPr>
        <w:t>.</w:t>
      </w:r>
      <w:r>
        <w:t>gr</w:t>
      </w:r>
      <w:r w:rsidRPr="00204446">
        <w:rPr>
          <w:lang w:val="el-GR"/>
        </w:rPr>
        <w:t>, δεν απαιτείται φυσική υπογραφή)</w:t>
      </w:r>
    </w:p>
    <w:sectPr w:rsidR="004D1E2A" w:rsidRPr="00204446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96494042">
    <w:abstractNumId w:val="8"/>
  </w:num>
  <w:num w:numId="2" w16cid:durableId="383602152">
    <w:abstractNumId w:val="6"/>
  </w:num>
  <w:num w:numId="3" w16cid:durableId="71631725">
    <w:abstractNumId w:val="5"/>
  </w:num>
  <w:num w:numId="4" w16cid:durableId="440540504">
    <w:abstractNumId w:val="4"/>
  </w:num>
  <w:num w:numId="5" w16cid:durableId="744110282">
    <w:abstractNumId w:val="7"/>
  </w:num>
  <w:num w:numId="6" w16cid:durableId="2075547878">
    <w:abstractNumId w:val="3"/>
  </w:num>
  <w:num w:numId="7" w16cid:durableId="1164664099">
    <w:abstractNumId w:val="2"/>
  </w:num>
  <w:num w:numId="8" w16cid:durableId="30111315">
    <w:abstractNumId w:val="1"/>
  </w:num>
  <w:num w:numId="9" w16cid:durableId="816841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C07B6"/>
    <w:rsid w:val="0015074B"/>
    <w:rsid w:val="00204446"/>
    <w:rsid w:val="00267AE8"/>
    <w:rsid w:val="0029639D"/>
    <w:rsid w:val="00326F90"/>
    <w:rsid w:val="004D1E2A"/>
    <w:rsid w:val="00776C86"/>
    <w:rsid w:val="008F3B16"/>
    <w:rsid w:val="00AA1D8D"/>
    <w:rsid w:val="00B47730"/>
    <w:rsid w:val="00CB0664"/>
    <w:rsid w:val="00DA699F"/>
    <w:rsid w:val="00E40957"/>
    <w:rsid w:val="00EA4B9C"/>
    <w:rsid w:val="00EB28DB"/>
    <w:rsid w:val="00FC693F"/>
    <w:rsid w:val="00FD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CCF3433"/>
  <w14:defaultImageDpi w14:val="300"/>
  <w15:docId w15:val="{B6A4F635-C031-437D-AC62-C48223971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Κεφαλίδα Char"/>
    <w:basedOn w:val="a2"/>
    <w:link w:val="a5"/>
    <w:uiPriority w:val="99"/>
    <w:rsid w:val="00E618BF"/>
  </w:style>
  <w:style w:type="paragraph" w:styleId="a6">
    <w:name w:val="footer"/>
    <w:basedOn w:val="a1"/>
    <w:link w:val="Char0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Υποσέλιδο Char"/>
    <w:basedOn w:val="a2"/>
    <w:link w:val="a6"/>
    <w:uiPriority w:val="99"/>
    <w:rsid w:val="00E618BF"/>
  </w:style>
  <w:style w:type="paragraph" w:styleId="a7">
    <w:name w:val="No Spacing"/>
    <w:uiPriority w:val="1"/>
    <w:qFormat/>
    <w:rsid w:val="00FC693F"/>
    <w:pPr>
      <w:spacing w:after="0" w:line="240" w:lineRule="auto"/>
    </w:pPr>
  </w:style>
  <w:style w:type="character" w:customStyle="1" w:styleId="1Char">
    <w:name w:val="Επικεφαλίδα 1 Char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Επικεφαλίδα 2 Char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Char">
    <w:name w:val="Επικεφαλίδα 3 Char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Title"/>
    <w:basedOn w:val="a1"/>
    <w:next w:val="a1"/>
    <w:link w:val="Char1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1">
    <w:name w:val="Τίτλος Char"/>
    <w:basedOn w:val="a2"/>
    <w:link w:val="a8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9">
    <w:name w:val="Subtitle"/>
    <w:basedOn w:val="a1"/>
    <w:next w:val="a1"/>
    <w:link w:val="Char2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Char2">
    <w:name w:val="Υπότιτλος Char"/>
    <w:basedOn w:val="a2"/>
    <w:link w:val="a9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a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b">
    <w:name w:val="Body Text"/>
    <w:basedOn w:val="a1"/>
    <w:link w:val="Char3"/>
    <w:uiPriority w:val="99"/>
    <w:unhideWhenUsed/>
    <w:rsid w:val="00AA1D8D"/>
    <w:pPr>
      <w:spacing w:after="120"/>
    </w:pPr>
  </w:style>
  <w:style w:type="character" w:customStyle="1" w:styleId="Char3">
    <w:name w:val="Σώμα κειμένου Char"/>
    <w:basedOn w:val="a2"/>
    <w:link w:val="ab"/>
    <w:uiPriority w:val="99"/>
    <w:rsid w:val="00AA1D8D"/>
  </w:style>
  <w:style w:type="paragraph" w:styleId="22">
    <w:name w:val="Body Text 2"/>
    <w:basedOn w:val="a1"/>
    <w:link w:val="2Char0"/>
    <w:uiPriority w:val="99"/>
    <w:unhideWhenUsed/>
    <w:rsid w:val="00AA1D8D"/>
    <w:pPr>
      <w:spacing w:after="120" w:line="480" w:lineRule="auto"/>
    </w:pPr>
  </w:style>
  <w:style w:type="character" w:customStyle="1" w:styleId="2Char0">
    <w:name w:val="Σώμα κείμενου 2 Char"/>
    <w:basedOn w:val="a2"/>
    <w:link w:val="22"/>
    <w:uiPriority w:val="99"/>
    <w:rsid w:val="00AA1D8D"/>
  </w:style>
  <w:style w:type="paragraph" w:styleId="32">
    <w:name w:val="Body Text 3"/>
    <w:basedOn w:val="a1"/>
    <w:link w:val="3Char0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Char0">
    <w:name w:val="Σώμα κείμενου 3 Char"/>
    <w:basedOn w:val="a2"/>
    <w:link w:val="32"/>
    <w:uiPriority w:val="99"/>
    <w:rsid w:val="00AA1D8D"/>
    <w:rPr>
      <w:sz w:val="16"/>
      <w:szCs w:val="16"/>
    </w:rPr>
  </w:style>
  <w:style w:type="paragraph" w:styleId="ac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3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3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d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4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4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e">
    <w:name w:val="macro"/>
    <w:link w:val="Char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Char4">
    <w:name w:val="Κείμενο μακροεντολής Char"/>
    <w:basedOn w:val="a2"/>
    <w:link w:val="ae"/>
    <w:uiPriority w:val="99"/>
    <w:rsid w:val="0029639D"/>
    <w:rPr>
      <w:rFonts w:ascii="Courier" w:hAnsi="Courier"/>
      <w:sz w:val="20"/>
      <w:szCs w:val="20"/>
    </w:rPr>
  </w:style>
  <w:style w:type="paragraph" w:styleId="af">
    <w:name w:val="Quote"/>
    <w:basedOn w:val="a1"/>
    <w:next w:val="a1"/>
    <w:link w:val="Char5"/>
    <w:uiPriority w:val="29"/>
    <w:qFormat/>
    <w:rsid w:val="00FC693F"/>
    <w:rPr>
      <w:i/>
      <w:iCs/>
      <w:color w:val="000000" w:themeColor="text1"/>
    </w:rPr>
  </w:style>
  <w:style w:type="character" w:customStyle="1" w:styleId="Char5">
    <w:name w:val="Απόσπασμα Char"/>
    <w:basedOn w:val="a2"/>
    <w:link w:val="af"/>
    <w:uiPriority w:val="29"/>
    <w:rsid w:val="00FC693F"/>
    <w:rPr>
      <w:i/>
      <w:iCs/>
      <w:color w:val="000000" w:themeColor="text1"/>
    </w:rPr>
  </w:style>
  <w:style w:type="character" w:customStyle="1" w:styleId="4Char">
    <w:name w:val="Επικεφαλίδα 4 Char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Επικεφαλίδα 5 Char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Επικεφαλίδα 6 Char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Επικεφαλίδα 7 Char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Επικεφαλίδα 8 Char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Επικεφαλίδα 9 Char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0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1">
    <w:name w:val="Strong"/>
    <w:basedOn w:val="a2"/>
    <w:uiPriority w:val="22"/>
    <w:qFormat/>
    <w:rsid w:val="00FC693F"/>
    <w:rPr>
      <w:b/>
      <w:bCs/>
    </w:rPr>
  </w:style>
  <w:style w:type="character" w:styleId="af2">
    <w:name w:val="Emphasis"/>
    <w:basedOn w:val="a2"/>
    <w:uiPriority w:val="20"/>
    <w:qFormat/>
    <w:rsid w:val="00FC693F"/>
    <w:rPr>
      <w:i/>
      <w:iCs/>
    </w:rPr>
  </w:style>
  <w:style w:type="paragraph" w:styleId="af3">
    <w:name w:val="Intense Quote"/>
    <w:basedOn w:val="a1"/>
    <w:next w:val="a1"/>
    <w:link w:val="Char6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6">
    <w:name w:val="Έντονο απόσπ. Char"/>
    <w:basedOn w:val="a2"/>
    <w:link w:val="af3"/>
    <w:uiPriority w:val="30"/>
    <w:rsid w:val="00FC693F"/>
    <w:rPr>
      <w:b/>
      <w:bCs/>
      <w:i/>
      <w:iCs/>
      <w:color w:val="4F81BD" w:themeColor="accent1"/>
    </w:rPr>
  </w:style>
  <w:style w:type="character" w:styleId="af4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5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6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7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8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9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a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b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c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d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0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1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6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2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7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5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e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0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1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1282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Nikos</cp:lastModifiedBy>
  <cp:revision>3</cp:revision>
  <dcterms:created xsi:type="dcterms:W3CDTF">2025-05-10T08:52:00Z</dcterms:created>
  <dcterms:modified xsi:type="dcterms:W3CDTF">2025-05-14T11:00:00Z</dcterms:modified>
  <cp:category/>
</cp:coreProperties>
</file>