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48F67B" w14:textId="4CD79D30" w:rsidR="004D1E2A" w:rsidRPr="00D15F5E" w:rsidRDefault="00FD7C73">
      <w:pPr>
        <w:pStyle w:val="a8"/>
        <w:rPr>
          <w:lang w:val="el-GR"/>
        </w:rPr>
      </w:pPr>
      <w:r w:rsidRPr="00D15F5E">
        <w:rPr>
          <w:lang w:val="el-GR"/>
        </w:rPr>
        <w:t>ΑΙΤΗΣΗ ΣΥΜΜΕΤΟΧΗΣ</w:t>
      </w:r>
      <w:r w:rsidR="00E955BC">
        <w:rPr>
          <w:lang w:val="el-GR"/>
        </w:rPr>
        <w:t xml:space="preserve"> ΕΠΙΜΟΡΦΩΣΗΣ</w:t>
      </w:r>
    </w:p>
    <w:p w14:paraId="29249BF6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στη Σχολή Κριτών Τοξοβολίας – Ιούνιος 2025</w:t>
      </w:r>
    </w:p>
    <w:p w14:paraId="7C7FE695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ΠΡΟΣ:</w:t>
      </w:r>
      <w:r w:rsidRPr="00D15F5E">
        <w:rPr>
          <w:lang w:val="el-GR"/>
        </w:rPr>
        <w:br/>
        <w:t>Ελληνική Ομοσπονδία Τοξοβολίας</w:t>
      </w:r>
      <w:r w:rsidRPr="00D15F5E">
        <w:rPr>
          <w:lang w:val="el-GR"/>
        </w:rPr>
        <w:br/>
      </w:r>
      <w:r>
        <w:t>Email</w:t>
      </w:r>
      <w:r w:rsidRPr="00D15F5E">
        <w:rPr>
          <w:lang w:val="el-GR"/>
        </w:rPr>
        <w:t xml:space="preserve">: </w:t>
      </w:r>
      <w:r>
        <w:t>info</w:t>
      </w:r>
      <w:r w:rsidRPr="00D15F5E">
        <w:rPr>
          <w:lang w:val="el-GR"/>
        </w:rPr>
        <w:t>@</w:t>
      </w:r>
      <w:r>
        <w:t>archery</w:t>
      </w:r>
      <w:r w:rsidRPr="00D15F5E">
        <w:rPr>
          <w:lang w:val="el-GR"/>
        </w:rPr>
        <w:t>.</w:t>
      </w:r>
      <w:r>
        <w:t>org</w:t>
      </w:r>
      <w:r w:rsidRPr="00D15F5E">
        <w:rPr>
          <w:lang w:val="el-GR"/>
        </w:rPr>
        <w:t>.</w:t>
      </w:r>
      <w:r>
        <w:t>gr</w:t>
      </w:r>
    </w:p>
    <w:p w14:paraId="51BDE780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br/>
        <w:t>Ο/Η υπογεγραμμένος/η:</w:t>
      </w:r>
    </w:p>
    <w:p w14:paraId="7D66FFA0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Ονοματεπώνυμο: ……………………………………………………………</w:t>
      </w:r>
    </w:p>
    <w:p w14:paraId="73698D11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Όνομα Πατέρα: ……………………………………………………………</w:t>
      </w:r>
    </w:p>
    <w:p w14:paraId="3355AD67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Ημερομηνία Γέννησης: ……………………………………………………………</w:t>
      </w:r>
    </w:p>
    <w:p w14:paraId="78EA155E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Τόπος Γέννησης: ……………………………………………………………</w:t>
      </w:r>
    </w:p>
    <w:p w14:paraId="4742A5E4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Υπηκοότητα: ……………………………………………………………</w:t>
      </w:r>
    </w:p>
    <w:p w14:paraId="62E307A6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Αριθμός Δελτίου Ταυτότητας: ……………………………………………………………</w:t>
      </w:r>
    </w:p>
    <w:p w14:paraId="3AA953C1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Διεύθυνση Κατοικίας: ……………………………………………………………</w:t>
      </w:r>
    </w:p>
    <w:p w14:paraId="0CFEF4E6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Τ.Κ. / Πόλη: ……………………………………………………………</w:t>
      </w:r>
    </w:p>
    <w:p w14:paraId="2C05D09B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Τηλέφωνο Επικοινωνίας: ……………………………………………………………</w:t>
      </w:r>
    </w:p>
    <w:p w14:paraId="762094DC" w14:textId="3A03C759" w:rsidR="004D1E2A" w:rsidRDefault="00FD7C73">
      <w:pPr>
        <w:rPr>
          <w:lang w:val="el-GR"/>
        </w:rPr>
      </w:pPr>
      <w:r>
        <w:t>Email</w:t>
      </w:r>
      <w:r w:rsidRPr="00D15F5E">
        <w:rPr>
          <w:lang w:val="el-GR"/>
        </w:rPr>
        <w:t xml:space="preserve">: </w:t>
      </w:r>
      <w:r w:rsidR="002D35DA">
        <w:rPr>
          <w:lang w:val="el-GR"/>
        </w:rPr>
        <w:t>(υποχρεωτικό)</w:t>
      </w:r>
      <w:r w:rsidRPr="00D15F5E">
        <w:rPr>
          <w:lang w:val="el-GR"/>
        </w:rPr>
        <w:t>……………………………………………………………</w:t>
      </w:r>
    </w:p>
    <w:p w14:paraId="5AFBB1DC" w14:textId="77777777" w:rsidR="00D15F5E" w:rsidRDefault="00D15F5E">
      <w:pPr>
        <w:rPr>
          <w:lang w:val="el-GR"/>
        </w:rPr>
      </w:pPr>
      <w:r>
        <w:rPr>
          <w:lang w:val="el-GR"/>
        </w:rPr>
        <w:t>Α.Φ.Μ…………………………………………………</w:t>
      </w:r>
    </w:p>
    <w:p w14:paraId="04E31B2B" w14:textId="77777777" w:rsidR="00D15F5E" w:rsidRPr="00D15F5E" w:rsidRDefault="00D15F5E">
      <w:pPr>
        <w:rPr>
          <w:lang w:val="el-GR"/>
        </w:rPr>
      </w:pPr>
      <w:r>
        <w:rPr>
          <w:lang w:val="el-GR"/>
        </w:rPr>
        <w:t>Α.Μ.Κ.Α………………………………………………</w:t>
      </w:r>
    </w:p>
    <w:p w14:paraId="1795F6B9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Σωματείο (αν υπάρχει): ……………………………………………………………</w:t>
      </w:r>
    </w:p>
    <w:p w14:paraId="6F26D03A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br/>
        <w:t>Δηλώνω υπεύθυνα ότι</w:t>
      </w:r>
      <w:r w:rsidR="00946761">
        <w:rPr>
          <w:lang w:val="el-GR"/>
        </w:rPr>
        <w:t xml:space="preserve"> έλαβα γνώση του Κανονισμού Διαιτησίας - Κριτών της Ε.Ο.Τ. και </w:t>
      </w:r>
      <w:r w:rsidRPr="00D15F5E">
        <w:rPr>
          <w:lang w:val="el-GR"/>
        </w:rPr>
        <w:t xml:space="preserve"> </w:t>
      </w:r>
      <w:r w:rsidR="00946761">
        <w:rPr>
          <w:lang w:val="el-GR"/>
        </w:rPr>
        <w:t>έχω τα προσόντα</w:t>
      </w:r>
      <w:r w:rsidR="00ED0476">
        <w:rPr>
          <w:lang w:val="el-GR"/>
        </w:rPr>
        <w:t>,</w:t>
      </w:r>
      <w:r w:rsidR="00946761">
        <w:rPr>
          <w:lang w:val="el-GR"/>
        </w:rPr>
        <w:t xml:space="preserve">  </w:t>
      </w:r>
      <w:r w:rsidRPr="00D15F5E">
        <w:rPr>
          <w:lang w:val="el-GR"/>
        </w:rPr>
        <w:t xml:space="preserve">επιθυμώ </w:t>
      </w:r>
      <w:r w:rsidR="00ED0476">
        <w:rPr>
          <w:lang w:val="el-GR"/>
        </w:rPr>
        <w:t xml:space="preserve">δε </w:t>
      </w:r>
      <w:r w:rsidR="00946761">
        <w:rPr>
          <w:lang w:val="el-GR"/>
        </w:rPr>
        <w:t>να</w:t>
      </w:r>
      <w:r w:rsidRPr="00D15F5E">
        <w:rPr>
          <w:lang w:val="el-GR"/>
        </w:rPr>
        <w:t xml:space="preserve"> </w:t>
      </w:r>
      <w:r w:rsidR="00D15F5E">
        <w:rPr>
          <w:lang w:val="el-GR"/>
        </w:rPr>
        <w:t xml:space="preserve">παρακολουθήσω το πρόγραμμα </w:t>
      </w:r>
      <w:r w:rsidR="00D15F5E" w:rsidRPr="00D15F5E">
        <w:rPr>
          <w:lang w:val="el-GR"/>
        </w:rPr>
        <w:t>επιμόρφωση</w:t>
      </w:r>
      <w:r w:rsidR="00D15F5E">
        <w:rPr>
          <w:lang w:val="el-GR"/>
        </w:rPr>
        <w:t>ς</w:t>
      </w:r>
      <w:r w:rsidR="00D15F5E" w:rsidRPr="00D15F5E">
        <w:rPr>
          <w:lang w:val="el-GR"/>
        </w:rPr>
        <w:t xml:space="preserve"> </w:t>
      </w:r>
      <w:r w:rsidR="00946761">
        <w:rPr>
          <w:lang w:val="el-GR"/>
        </w:rPr>
        <w:t xml:space="preserve">για μη </w:t>
      </w:r>
      <w:r w:rsidR="00D15F5E" w:rsidRPr="00D15F5E">
        <w:rPr>
          <w:lang w:val="el-GR"/>
        </w:rPr>
        <w:t>ενεργεία κριτ</w:t>
      </w:r>
      <w:r w:rsidR="00946761">
        <w:rPr>
          <w:lang w:val="el-GR"/>
        </w:rPr>
        <w:t xml:space="preserve">ές. </w:t>
      </w:r>
      <w:r w:rsidRPr="00D15F5E">
        <w:rPr>
          <w:lang w:val="el-GR"/>
        </w:rPr>
        <w:t>Επισυνάπτω τα εξής δικαιολογητικά:</w:t>
      </w:r>
    </w:p>
    <w:p w14:paraId="7A6A71DF" w14:textId="1445A1AC" w:rsidR="004D1E2A" w:rsidRPr="00D15F5E" w:rsidRDefault="004D1E2A" w:rsidP="00E955BC">
      <w:pPr>
        <w:rPr>
          <w:lang w:val="el-GR"/>
        </w:rPr>
      </w:pPr>
    </w:p>
    <w:p w14:paraId="609F7417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br/>
        <w:t>Ημερομηνία: …………………</w:t>
      </w:r>
    </w:p>
    <w:p w14:paraId="274E3083" w14:textId="77777777" w:rsidR="002D35DA" w:rsidRDefault="00FD7C73">
      <w:pPr>
        <w:rPr>
          <w:lang w:val="el-GR"/>
        </w:rPr>
      </w:pPr>
      <w:r w:rsidRPr="00D15F5E">
        <w:rPr>
          <w:lang w:val="el-GR"/>
        </w:rPr>
        <w:t>Ο/Η Αιτών/ούσα</w:t>
      </w:r>
    </w:p>
    <w:p w14:paraId="2984C03C" w14:textId="77777777" w:rsidR="002D35DA" w:rsidRDefault="002D35DA">
      <w:pPr>
        <w:rPr>
          <w:lang w:val="el-GR"/>
        </w:rPr>
      </w:pPr>
    </w:p>
    <w:p w14:paraId="60358EC3" w14:textId="7DA7CD87" w:rsidR="004D1E2A" w:rsidRPr="00D15F5E" w:rsidRDefault="00FD7C73">
      <w:pPr>
        <w:rPr>
          <w:lang w:val="el-GR"/>
        </w:rPr>
      </w:pPr>
      <w:r w:rsidRPr="00D15F5E">
        <w:rPr>
          <w:lang w:val="el-GR"/>
        </w:rPr>
        <w:br/>
        <w:t>(Υπογραφή)</w:t>
      </w:r>
    </w:p>
    <w:p w14:paraId="01B2CB13" w14:textId="77777777" w:rsidR="004D1E2A" w:rsidRPr="00D15F5E" w:rsidRDefault="00FD7C73">
      <w:pPr>
        <w:rPr>
          <w:lang w:val="el-GR"/>
        </w:rPr>
      </w:pPr>
      <w:r w:rsidRPr="00D15F5E">
        <w:rPr>
          <w:lang w:val="el-GR"/>
        </w:rPr>
        <w:t>__________________________</w:t>
      </w:r>
      <w:r w:rsidRPr="00D15F5E">
        <w:rPr>
          <w:lang w:val="el-GR"/>
        </w:rPr>
        <w:br/>
        <w:t xml:space="preserve">(σε περίπτωση αποστολής μέσω </w:t>
      </w:r>
      <w:r>
        <w:t>gov</w:t>
      </w:r>
      <w:r w:rsidRPr="00D15F5E">
        <w:rPr>
          <w:lang w:val="el-GR"/>
        </w:rPr>
        <w:t>.</w:t>
      </w:r>
      <w:r>
        <w:t>gr</w:t>
      </w:r>
      <w:r w:rsidRPr="00D15F5E">
        <w:rPr>
          <w:lang w:val="el-GR"/>
        </w:rPr>
        <w:t>, δεν απαιτείται φυσική υπογραφή)</w:t>
      </w:r>
    </w:p>
    <w:sectPr w:rsidR="004D1E2A" w:rsidRPr="00D15F5E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75519303">
    <w:abstractNumId w:val="8"/>
  </w:num>
  <w:num w:numId="2" w16cid:durableId="1109277275">
    <w:abstractNumId w:val="6"/>
  </w:num>
  <w:num w:numId="3" w16cid:durableId="1508639729">
    <w:abstractNumId w:val="5"/>
  </w:num>
  <w:num w:numId="4" w16cid:durableId="1362629453">
    <w:abstractNumId w:val="4"/>
  </w:num>
  <w:num w:numId="5" w16cid:durableId="296103922">
    <w:abstractNumId w:val="7"/>
  </w:num>
  <w:num w:numId="6" w16cid:durableId="1102264923">
    <w:abstractNumId w:val="3"/>
  </w:num>
  <w:num w:numId="7" w16cid:durableId="2117406349">
    <w:abstractNumId w:val="2"/>
  </w:num>
  <w:num w:numId="8" w16cid:durableId="2029676855">
    <w:abstractNumId w:val="1"/>
  </w:num>
  <w:num w:numId="9" w16cid:durableId="1714090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1D3BAB"/>
    <w:rsid w:val="00267AE8"/>
    <w:rsid w:val="0029639D"/>
    <w:rsid w:val="002D35DA"/>
    <w:rsid w:val="00326F90"/>
    <w:rsid w:val="004D1E2A"/>
    <w:rsid w:val="00515751"/>
    <w:rsid w:val="005C723B"/>
    <w:rsid w:val="006A39B1"/>
    <w:rsid w:val="008F3B16"/>
    <w:rsid w:val="00946761"/>
    <w:rsid w:val="00A00E0B"/>
    <w:rsid w:val="00AA1D8D"/>
    <w:rsid w:val="00B47730"/>
    <w:rsid w:val="00CB0664"/>
    <w:rsid w:val="00D15F5E"/>
    <w:rsid w:val="00DA699F"/>
    <w:rsid w:val="00E40957"/>
    <w:rsid w:val="00E955BC"/>
    <w:rsid w:val="00EB28DB"/>
    <w:rsid w:val="00ED0476"/>
    <w:rsid w:val="00FC693F"/>
    <w:rsid w:val="00FD7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B05B13"/>
  <w15:docId w15:val="{4593BE04-ED1A-4BC0-90D5-7DB4BCA02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Κεφαλίδα Char"/>
    <w:basedOn w:val="a2"/>
    <w:link w:val="a5"/>
    <w:uiPriority w:val="99"/>
    <w:rsid w:val="00E618BF"/>
  </w:style>
  <w:style w:type="paragraph" w:styleId="a6">
    <w:name w:val="footer"/>
    <w:basedOn w:val="a1"/>
    <w:link w:val="Char0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Υποσέλιδο Char"/>
    <w:basedOn w:val="a2"/>
    <w:link w:val="a6"/>
    <w:uiPriority w:val="99"/>
    <w:rsid w:val="00E618BF"/>
  </w:style>
  <w:style w:type="paragraph" w:styleId="a7">
    <w:name w:val="No Spacing"/>
    <w:uiPriority w:val="1"/>
    <w:qFormat/>
    <w:rsid w:val="00FC693F"/>
    <w:pPr>
      <w:spacing w:after="0" w:line="240" w:lineRule="auto"/>
    </w:pPr>
  </w:style>
  <w:style w:type="character" w:customStyle="1" w:styleId="1Char">
    <w:name w:val="Επικεφαλίδα 1 Char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Επικεφαλίδα 2 Char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Char">
    <w:name w:val="Επικεφαλίδα 3 Char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8">
    <w:name w:val="Title"/>
    <w:basedOn w:val="a1"/>
    <w:next w:val="a1"/>
    <w:link w:val="Char1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har1">
    <w:name w:val="Τίτλος Char"/>
    <w:basedOn w:val="a2"/>
    <w:link w:val="a8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9">
    <w:name w:val="Subtitle"/>
    <w:basedOn w:val="a1"/>
    <w:next w:val="a1"/>
    <w:link w:val="Char2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Char2">
    <w:name w:val="Υπότιτλος Char"/>
    <w:basedOn w:val="a2"/>
    <w:link w:val="a9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a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b">
    <w:name w:val="Body Text"/>
    <w:basedOn w:val="a1"/>
    <w:link w:val="Char3"/>
    <w:uiPriority w:val="99"/>
    <w:unhideWhenUsed/>
    <w:rsid w:val="00AA1D8D"/>
    <w:pPr>
      <w:spacing w:after="120"/>
    </w:pPr>
  </w:style>
  <w:style w:type="character" w:customStyle="1" w:styleId="Char3">
    <w:name w:val="Σώμα κειμένου Char"/>
    <w:basedOn w:val="a2"/>
    <w:link w:val="ab"/>
    <w:uiPriority w:val="99"/>
    <w:rsid w:val="00AA1D8D"/>
  </w:style>
  <w:style w:type="paragraph" w:styleId="22">
    <w:name w:val="Body Text 2"/>
    <w:basedOn w:val="a1"/>
    <w:link w:val="2Char0"/>
    <w:uiPriority w:val="99"/>
    <w:unhideWhenUsed/>
    <w:rsid w:val="00AA1D8D"/>
    <w:pPr>
      <w:spacing w:after="120" w:line="480" w:lineRule="auto"/>
    </w:pPr>
  </w:style>
  <w:style w:type="character" w:customStyle="1" w:styleId="2Char0">
    <w:name w:val="Σώμα κείμενου 2 Char"/>
    <w:basedOn w:val="a2"/>
    <w:link w:val="22"/>
    <w:uiPriority w:val="99"/>
    <w:rsid w:val="00AA1D8D"/>
  </w:style>
  <w:style w:type="paragraph" w:styleId="32">
    <w:name w:val="Body Text 3"/>
    <w:basedOn w:val="a1"/>
    <w:link w:val="3Char0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Char0">
    <w:name w:val="Σώμα κείμενου 3 Char"/>
    <w:basedOn w:val="a2"/>
    <w:link w:val="32"/>
    <w:uiPriority w:val="99"/>
    <w:rsid w:val="00AA1D8D"/>
    <w:rPr>
      <w:sz w:val="16"/>
      <w:szCs w:val="16"/>
    </w:rPr>
  </w:style>
  <w:style w:type="paragraph" w:styleId="ac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3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3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d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4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4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e">
    <w:name w:val="macro"/>
    <w:link w:val="Char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Char4">
    <w:name w:val="Κείμενο μακροεντολής Char"/>
    <w:basedOn w:val="a2"/>
    <w:link w:val="ae"/>
    <w:uiPriority w:val="99"/>
    <w:rsid w:val="0029639D"/>
    <w:rPr>
      <w:rFonts w:ascii="Courier" w:hAnsi="Courier"/>
      <w:sz w:val="20"/>
      <w:szCs w:val="20"/>
    </w:rPr>
  </w:style>
  <w:style w:type="paragraph" w:styleId="af">
    <w:name w:val="Quote"/>
    <w:basedOn w:val="a1"/>
    <w:next w:val="a1"/>
    <w:link w:val="Char5"/>
    <w:uiPriority w:val="29"/>
    <w:qFormat/>
    <w:rsid w:val="00FC693F"/>
    <w:rPr>
      <w:i/>
      <w:iCs/>
      <w:color w:val="000000" w:themeColor="text1"/>
    </w:rPr>
  </w:style>
  <w:style w:type="character" w:customStyle="1" w:styleId="Char5">
    <w:name w:val="Απόσπασμα Char"/>
    <w:basedOn w:val="a2"/>
    <w:link w:val="af"/>
    <w:uiPriority w:val="29"/>
    <w:rsid w:val="00FC693F"/>
    <w:rPr>
      <w:i/>
      <w:iCs/>
      <w:color w:val="000000" w:themeColor="text1"/>
    </w:rPr>
  </w:style>
  <w:style w:type="character" w:customStyle="1" w:styleId="4Char">
    <w:name w:val="Επικεφαλίδα 4 Char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Char">
    <w:name w:val="Επικεφαλίδα 5 Char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Char">
    <w:name w:val="Επικεφαλίδα 6 Char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Char">
    <w:name w:val="Επικεφαλίδα 7 Char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Επικεφαλίδα 8 Char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Char">
    <w:name w:val="Επικεφαλίδα 9 Char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0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1">
    <w:name w:val="Strong"/>
    <w:basedOn w:val="a2"/>
    <w:uiPriority w:val="22"/>
    <w:qFormat/>
    <w:rsid w:val="00FC693F"/>
    <w:rPr>
      <w:b/>
      <w:bCs/>
    </w:rPr>
  </w:style>
  <w:style w:type="character" w:styleId="af2">
    <w:name w:val="Emphasis"/>
    <w:basedOn w:val="a2"/>
    <w:uiPriority w:val="20"/>
    <w:qFormat/>
    <w:rsid w:val="00FC693F"/>
    <w:rPr>
      <w:i/>
      <w:iCs/>
    </w:rPr>
  </w:style>
  <w:style w:type="paragraph" w:styleId="af3">
    <w:name w:val="Intense Quote"/>
    <w:basedOn w:val="a1"/>
    <w:next w:val="a1"/>
    <w:link w:val="Char6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6">
    <w:name w:val="Έντονο απόσπ. Char"/>
    <w:basedOn w:val="a2"/>
    <w:link w:val="af3"/>
    <w:uiPriority w:val="30"/>
    <w:rsid w:val="00FC693F"/>
    <w:rPr>
      <w:b/>
      <w:bCs/>
      <w:i/>
      <w:iCs/>
      <w:color w:val="4F81BD" w:themeColor="accent1"/>
    </w:rPr>
  </w:style>
  <w:style w:type="character" w:styleId="af4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5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6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7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8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9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a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b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c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d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0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5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1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6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2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7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5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e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0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1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774F0D0-BC20-46BB-9FE1-6FFF1007D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162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python-docx</dc:creator>
  <dc:description>generated by python-docx</dc:description>
  <cp:lastModifiedBy>Nikos</cp:lastModifiedBy>
  <cp:revision>2</cp:revision>
  <dcterms:created xsi:type="dcterms:W3CDTF">2025-05-14T10:53:00Z</dcterms:created>
  <dcterms:modified xsi:type="dcterms:W3CDTF">2025-05-14T10:53:00Z</dcterms:modified>
</cp:coreProperties>
</file>